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7B9" w14:textId="77777777" w:rsidR="005104B5" w:rsidRDefault="00000000">
      <w:r>
        <w:rPr>
          <w:noProof/>
        </w:rPr>
        <w:drawing>
          <wp:anchor distT="0" distB="0" distL="114300" distR="114300" simplePos="0" relativeHeight="251658240" behindDoc="1" locked="0" layoutInCell="1" allowOverlap="1" wp14:anchorId="58810B65" wp14:editId="670A9252">
            <wp:simplePos x="0" y="0"/>
            <wp:positionH relativeFrom="column">
              <wp:posOffset>1854200</wp:posOffset>
            </wp:positionH>
            <wp:positionV relativeFrom="paragraph">
              <wp:posOffset>-1466850</wp:posOffset>
            </wp:positionV>
            <wp:extent cx="1371600" cy="243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1371600" cy="2438400"/>
                    </a:xfrm>
                    <a:prstGeom prst="rect">
                      <a:avLst/>
                    </a:prstGeom>
                  </pic:spPr>
                </pic:pic>
              </a:graphicData>
            </a:graphic>
          </wp:anchor>
        </w:drawing>
      </w:r>
    </w:p>
    <w:p w14:paraId="78CF1DDC" w14:textId="77777777" w:rsidR="005104B5" w:rsidRDefault="005104B5"/>
    <w:p w14:paraId="3CB96FF7" w14:textId="77777777" w:rsidR="005104B5" w:rsidRPr="00985781" w:rsidRDefault="00000000">
      <w:pPr>
        <w:jc w:val="center"/>
        <w:rPr>
          <w:color w:val="006EC0"/>
          <w:u w:val="single"/>
        </w:rPr>
      </w:pPr>
      <w:r w:rsidRPr="00985781">
        <w:rPr>
          <w:b/>
          <w:color w:val="006EC0"/>
          <w:sz w:val="32"/>
          <w:u w:val="single"/>
        </w:rPr>
        <w:t>Stoke Gifford Netball Club - Code of Conduct</w:t>
      </w:r>
    </w:p>
    <w:p w14:paraId="31093810" w14:textId="77777777" w:rsidR="005104B5" w:rsidRDefault="005104B5"/>
    <w:p w14:paraId="49B895C7" w14:textId="77777777" w:rsidR="005104B5" w:rsidRPr="00985781" w:rsidRDefault="00000000">
      <w:pPr>
        <w:rPr>
          <w:color w:val="006EC0"/>
        </w:rPr>
      </w:pPr>
      <w:r w:rsidRPr="00985781">
        <w:rPr>
          <w:b/>
          <w:color w:val="006EC0"/>
          <w:sz w:val="26"/>
        </w:rPr>
        <w:t>Introduction</w:t>
      </w:r>
    </w:p>
    <w:p w14:paraId="4956D693" w14:textId="77777777" w:rsidR="005104B5" w:rsidRDefault="00000000">
      <w:r>
        <w:t>At Stoke Gifford Netball Club (SGNC), we are proud to uphold high standards of behaviour, both on and off the court. Our Codes of Conduct apply to all aspects of the sport and are guided by England Netballs Core Values: Respect, Teamwork, Achievement, and Fun, alongside the Guiding Principles of inclusivity, fairness, and integrity.</w:t>
      </w:r>
      <w:r>
        <w:br/>
      </w:r>
      <w:r>
        <w:br/>
        <w:t>By becoming a member of SGNC, you agree to abide by this Code and to represent the club positively at all times.</w:t>
      </w:r>
    </w:p>
    <w:p w14:paraId="5723F0F4" w14:textId="77777777" w:rsidR="002F55C0" w:rsidRPr="002F55C0" w:rsidRDefault="002F55C0" w:rsidP="002F55C0">
      <w:pPr>
        <w:rPr>
          <w:b/>
          <w:bCs/>
          <w:color w:val="006EC0"/>
          <w:sz w:val="26"/>
          <w:szCs w:val="26"/>
          <w:lang w:val="en-GB"/>
        </w:rPr>
      </w:pPr>
      <w:r w:rsidRPr="002F55C0">
        <w:rPr>
          <w:b/>
          <w:bCs/>
          <w:color w:val="006EC0"/>
          <w:sz w:val="26"/>
          <w:szCs w:val="26"/>
          <w:lang w:val="en-GB"/>
        </w:rPr>
        <w:t>Club Leadership &amp; Decision-Making</w:t>
      </w:r>
    </w:p>
    <w:p w14:paraId="18DF9251" w14:textId="77777777" w:rsidR="002F55C0" w:rsidRPr="002F55C0" w:rsidRDefault="002F55C0" w:rsidP="002F55C0">
      <w:pPr>
        <w:rPr>
          <w:lang w:val="en-GB"/>
        </w:rPr>
      </w:pPr>
      <w:r w:rsidRPr="002F55C0">
        <w:rPr>
          <w:b/>
          <w:bCs/>
          <w:lang w:val="en-GB"/>
        </w:rPr>
        <w:t>Georgie Dunt is the Founder and Chair of Stoke Gifford Netball Club (SGNC).</w:t>
      </w:r>
      <w:r w:rsidRPr="002F55C0">
        <w:rPr>
          <w:lang w:val="en-GB"/>
        </w:rPr>
        <w:t xml:space="preserve"> She holds overall responsibility for the club and the committee, and all final decisions are made by Georgie, with support and input from the committee.</w:t>
      </w:r>
    </w:p>
    <w:p w14:paraId="53FCE073" w14:textId="77777777" w:rsidR="002F55C0" w:rsidRPr="00985781" w:rsidRDefault="002F55C0" w:rsidP="00985781">
      <w:pPr>
        <w:pStyle w:val="ListParagraph"/>
        <w:numPr>
          <w:ilvl w:val="0"/>
          <w:numId w:val="11"/>
        </w:numPr>
        <w:rPr>
          <w:lang w:val="en-GB"/>
        </w:rPr>
      </w:pPr>
      <w:r w:rsidRPr="00985781">
        <w:rPr>
          <w:lang w:val="en-GB"/>
        </w:rPr>
        <w:t>At the start of each season, all players must agree to the squad expectations, including whether the team is playing to win or playing for fair game time. These terms apply for the full season.</w:t>
      </w:r>
    </w:p>
    <w:p w14:paraId="273B905E" w14:textId="77777777" w:rsidR="002F55C0" w:rsidRPr="002F55C0" w:rsidRDefault="002F55C0" w:rsidP="002F55C0">
      <w:pPr>
        <w:numPr>
          <w:ilvl w:val="0"/>
          <w:numId w:val="10"/>
        </w:numPr>
        <w:rPr>
          <w:lang w:val="en-GB"/>
        </w:rPr>
      </w:pPr>
      <w:r w:rsidRPr="002F55C0">
        <w:rPr>
          <w:lang w:val="en-GB"/>
        </w:rPr>
        <w:t>All game</w:t>
      </w:r>
      <w:r w:rsidRPr="002F55C0">
        <w:rPr>
          <w:lang w:val="en-GB"/>
        </w:rPr>
        <w:noBreakHyphen/>
        <w:t>day decisions are made by the Club Coach and Team Captain. Players must listen to, respect, and follow all advice, reasoning, and decisions made by the coach and captain. Any concerns should be raised appropriately and respectfully.</w:t>
      </w:r>
    </w:p>
    <w:p w14:paraId="331E31E7" w14:textId="77777777" w:rsidR="002F55C0" w:rsidRPr="002F55C0" w:rsidRDefault="002F55C0" w:rsidP="002F55C0">
      <w:pPr>
        <w:numPr>
          <w:ilvl w:val="0"/>
          <w:numId w:val="10"/>
        </w:numPr>
        <w:rPr>
          <w:lang w:val="en-GB"/>
        </w:rPr>
      </w:pPr>
      <w:r w:rsidRPr="002F55C0">
        <w:rPr>
          <w:lang w:val="en-GB"/>
        </w:rPr>
        <w:t>If the coach is not present on game day, the Captain will make final decisions, supported by the Vice Captains where needed.</w:t>
      </w:r>
    </w:p>
    <w:p w14:paraId="286D36E6" w14:textId="77777777" w:rsidR="002F55C0" w:rsidRPr="002F55C0" w:rsidRDefault="002F55C0" w:rsidP="002F55C0">
      <w:pPr>
        <w:numPr>
          <w:ilvl w:val="0"/>
          <w:numId w:val="10"/>
        </w:numPr>
        <w:rPr>
          <w:lang w:val="en-GB"/>
        </w:rPr>
      </w:pPr>
      <w:r w:rsidRPr="002F55C0">
        <w:rPr>
          <w:lang w:val="en-GB"/>
        </w:rPr>
        <w:t>All players must respect and comply with these decisions to ensure fairness, consistency, and team cohesion.</w:t>
      </w:r>
    </w:p>
    <w:p w14:paraId="095FE689" w14:textId="77777777" w:rsidR="002F55C0" w:rsidRDefault="002F55C0"/>
    <w:p w14:paraId="237292BB" w14:textId="7AD4CAB4" w:rsidR="005104B5" w:rsidRPr="00985781" w:rsidRDefault="00000000">
      <w:pPr>
        <w:rPr>
          <w:color w:val="006EC0"/>
        </w:rPr>
      </w:pPr>
      <w:r w:rsidRPr="00985781">
        <w:rPr>
          <w:b/>
          <w:color w:val="006EC0"/>
          <w:sz w:val="26"/>
        </w:rPr>
        <w:t xml:space="preserve"> General Expectations  All Members</w:t>
      </w:r>
    </w:p>
    <w:p w14:paraId="6B3523E2" w14:textId="77777777" w:rsidR="00985781" w:rsidRDefault="00000000" w:rsidP="00985781">
      <w:pPr>
        <w:pStyle w:val="ListParagraph"/>
        <w:numPr>
          <w:ilvl w:val="0"/>
          <w:numId w:val="11"/>
        </w:numPr>
      </w:pPr>
      <w:r>
        <w:t>Be affiliated with England Netball and comply with all rules, regulations, and expectations of the sport.</w:t>
      </w:r>
    </w:p>
    <w:p w14:paraId="65D1A081" w14:textId="77777777" w:rsidR="00985781" w:rsidRDefault="00000000" w:rsidP="00985781">
      <w:pPr>
        <w:pStyle w:val="ListParagraph"/>
        <w:numPr>
          <w:ilvl w:val="0"/>
          <w:numId w:val="11"/>
        </w:numPr>
      </w:pPr>
      <w:r>
        <w:t>Stay informed about the rules and uphold the spirit of the game.</w:t>
      </w:r>
    </w:p>
    <w:p w14:paraId="3BDEAA00" w14:textId="77777777" w:rsidR="00985781" w:rsidRDefault="00000000" w:rsidP="00985781">
      <w:pPr>
        <w:pStyle w:val="ListParagraph"/>
        <w:numPr>
          <w:ilvl w:val="0"/>
          <w:numId w:val="11"/>
        </w:numPr>
      </w:pPr>
      <w:r>
        <w:lastRenderedPageBreak/>
        <w:t xml:space="preserve"> Treat everyone with respect and fairness.</w:t>
      </w:r>
    </w:p>
    <w:p w14:paraId="08FF98CF" w14:textId="77777777" w:rsidR="00985781" w:rsidRDefault="00000000" w:rsidP="00985781">
      <w:pPr>
        <w:pStyle w:val="ListParagraph"/>
        <w:numPr>
          <w:ilvl w:val="0"/>
          <w:numId w:val="11"/>
        </w:numPr>
      </w:pPr>
      <w:r>
        <w:t xml:space="preserve"> Never misuse a position of trust or influence.</w:t>
      </w:r>
    </w:p>
    <w:p w14:paraId="474E72A8" w14:textId="77777777" w:rsidR="00985781" w:rsidRDefault="00000000" w:rsidP="00985781">
      <w:pPr>
        <w:pStyle w:val="ListParagraph"/>
        <w:numPr>
          <w:ilvl w:val="0"/>
          <w:numId w:val="11"/>
        </w:numPr>
      </w:pPr>
      <w:r>
        <w:t>Use social media responsibly, as outlined by England Netball.</w:t>
      </w:r>
    </w:p>
    <w:p w14:paraId="7D73D4CA" w14:textId="7BF37EA5" w:rsidR="005104B5" w:rsidRDefault="00000000" w:rsidP="00985781">
      <w:pPr>
        <w:pStyle w:val="ListParagraph"/>
        <w:numPr>
          <w:ilvl w:val="0"/>
          <w:numId w:val="11"/>
        </w:numPr>
      </w:pPr>
      <w:r>
        <w:t>Support the values and be a role model for others.</w:t>
      </w:r>
    </w:p>
    <w:p w14:paraId="78F9C599" w14:textId="77777777" w:rsidR="002F55C0" w:rsidRPr="00985781" w:rsidRDefault="002F55C0">
      <w:pPr>
        <w:rPr>
          <w:color w:val="007AD6"/>
        </w:rPr>
      </w:pPr>
    </w:p>
    <w:p w14:paraId="5FB746D0" w14:textId="2580BAA1" w:rsidR="005104B5" w:rsidRPr="00985781" w:rsidRDefault="00000000">
      <w:pPr>
        <w:rPr>
          <w:color w:val="006EC0"/>
        </w:rPr>
      </w:pPr>
      <w:r w:rsidRPr="00985781">
        <w:rPr>
          <w:b/>
          <w:color w:val="006EC0"/>
          <w:sz w:val="26"/>
        </w:rPr>
        <w:t>As a Player, I Will...</w:t>
      </w:r>
    </w:p>
    <w:p w14:paraId="527F2DB9" w14:textId="77777777" w:rsidR="00985781" w:rsidRDefault="00000000" w:rsidP="00985781">
      <w:pPr>
        <w:pStyle w:val="ListParagraph"/>
        <w:numPr>
          <w:ilvl w:val="0"/>
          <w:numId w:val="12"/>
        </w:numPr>
      </w:pPr>
      <w:r>
        <w:t>Show respect and fairness to all involved.</w:t>
      </w:r>
    </w:p>
    <w:p w14:paraId="738FA894" w14:textId="77777777" w:rsidR="00985781" w:rsidRDefault="00000000" w:rsidP="00985781">
      <w:pPr>
        <w:pStyle w:val="ListParagraph"/>
        <w:numPr>
          <w:ilvl w:val="0"/>
          <w:numId w:val="12"/>
        </w:numPr>
      </w:pPr>
      <w:r>
        <w:t>Acknowledge victories modestly and handle defeats with grace.</w:t>
      </w:r>
    </w:p>
    <w:p w14:paraId="1FB358B9" w14:textId="77777777" w:rsidR="00985781" w:rsidRDefault="00000000" w:rsidP="00985781">
      <w:pPr>
        <w:pStyle w:val="ListParagraph"/>
        <w:numPr>
          <w:ilvl w:val="0"/>
          <w:numId w:val="12"/>
        </w:numPr>
      </w:pPr>
      <w:r>
        <w:t>Arrive early before training to avoid the session starting late.</w:t>
      </w:r>
    </w:p>
    <w:p w14:paraId="7390B202" w14:textId="77777777" w:rsidR="00985781" w:rsidRDefault="00000000" w:rsidP="00985781">
      <w:pPr>
        <w:pStyle w:val="ListParagraph"/>
        <w:numPr>
          <w:ilvl w:val="0"/>
          <w:numId w:val="12"/>
        </w:numPr>
      </w:pPr>
      <w:r>
        <w:t>Respond to Spond by the deadlines.</w:t>
      </w:r>
    </w:p>
    <w:p w14:paraId="6452E0C7" w14:textId="77777777" w:rsidR="00985781" w:rsidRDefault="00000000" w:rsidP="00985781">
      <w:pPr>
        <w:pStyle w:val="ListParagraph"/>
        <w:numPr>
          <w:ilvl w:val="0"/>
          <w:numId w:val="12"/>
        </w:numPr>
      </w:pPr>
      <w:r>
        <w:t>Communicate any changes in availability.</w:t>
      </w:r>
    </w:p>
    <w:p w14:paraId="216286FB" w14:textId="77777777" w:rsidR="00985781" w:rsidRDefault="00000000" w:rsidP="00985781">
      <w:pPr>
        <w:pStyle w:val="ListParagraph"/>
        <w:numPr>
          <w:ilvl w:val="0"/>
          <w:numId w:val="12"/>
        </w:numPr>
      </w:pPr>
      <w:r>
        <w:t>Accept feedback and cooperate with my team.</w:t>
      </w:r>
    </w:p>
    <w:p w14:paraId="1A4D3F74" w14:textId="77777777" w:rsidR="00985781" w:rsidRDefault="00000000" w:rsidP="00985781">
      <w:pPr>
        <w:pStyle w:val="ListParagraph"/>
        <w:numPr>
          <w:ilvl w:val="0"/>
          <w:numId w:val="12"/>
        </w:numPr>
      </w:pPr>
      <w:r>
        <w:t>Avoid abusive language or behaviour.</w:t>
      </w:r>
    </w:p>
    <w:p w14:paraId="1524761A" w14:textId="6AF37E9D" w:rsidR="005104B5" w:rsidRDefault="00000000" w:rsidP="00985781">
      <w:pPr>
        <w:pStyle w:val="ListParagraph"/>
        <w:numPr>
          <w:ilvl w:val="0"/>
          <w:numId w:val="12"/>
        </w:numPr>
      </w:pPr>
      <w:r>
        <w:t>Never play under the influence of drugs or alcohol.</w:t>
      </w:r>
    </w:p>
    <w:p w14:paraId="32D3836F" w14:textId="22346429" w:rsidR="005104B5" w:rsidRPr="00985781" w:rsidRDefault="00000000">
      <w:pPr>
        <w:rPr>
          <w:color w:val="006EC0"/>
        </w:rPr>
      </w:pPr>
      <w:r w:rsidRPr="00985781">
        <w:rPr>
          <w:b/>
          <w:color w:val="006EC0"/>
          <w:sz w:val="26"/>
        </w:rPr>
        <w:t>Training, Matches, and Club Participation</w:t>
      </w:r>
    </w:p>
    <w:p w14:paraId="3060451E" w14:textId="77777777" w:rsidR="00985781" w:rsidRDefault="00000000" w:rsidP="00985781">
      <w:pPr>
        <w:pStyle w:val="ListParagraph"/>
        <w:numPr>
          <w:ilvl w:val="0"/>
          <w:numId w:val="13"/>
        </w:numPr>
      </w:pPr>
      <w:r>
        <w:t>Maintain a level of fitness for competitive play.</w:t>
      </w:r>
    </w:p>
    <w:p w14:paraId="599225F3" w14:textId="77777777" w:rsidR="00985781" w:rsidRDefault="00000000" w:rsidP="00985781">
      <w:pPr>
        <w:pStyle w:val="ListParagraph"/>
        <w:numPr>
          <w:ilvl w:val="0"/>
          <w:numId w:val="13"/>
        </w:numPr>
      </w:pPr>
      <w:r>
        <w:t xml:space="preserve"> Assist with umpiring during training when needed.</w:t>
      </w:r>
    </w:p>
    <w:p w14:paraId="1F84BC91" w14:textId="77777777" w:rsidR="00985781" w:rsidRDefault="00000000" w:rsidP="00985781">
      <w:pPr>
        <w:pStyle w:val="ListParagraph"/>
        <w:numPr>
          <w:ilvl w:val="0"/>
          <w:numId w:val="13"/>
        </w:numPr>
      </w:pPr>
      <w:r>
        <w:t xml:space="preserve"> Attend trials and be open to playing for other teams.</w:t>
      </w:r>
    </w:p>
    <w:p w14:paraId="66C3A5C4" w14:textId="77777777" w:rsidR="00985781" w:rsidRDefault="00000000" w:rsidP="00985781">
      <w:pPr>
        <w:pStyle w:val="ListParagraph"/>
        <w:numPr>
          <w:ilvl w:val="0"/>
          <w:numId w:val="13"/>
        </w:numPr>
      </w:pPr>
      <w:r>
        <w:t>Attend one other SGNC match to support teammates.</w:t>
      </w:r>
    </w:p>
    <w:p w14:paraId="776617CE" w14:textId="28FF5744" w:rsidR="005104B5" w:rsidRDefault="00000000" w:rsidP="00985781">
      <w:pPr>
        <w:pStyle w:val="ListParagraph"/>
        <w:numPr>
          <w:ilvl w:val="0"/>
          <w:numId w:val="13"/>
        </w:numPr>
      </w:pPr>
      <w:r>
        <w:t>Attend the AGM and consider volunteering for the committee.</w:t>
      </w:r>
    </w:p>
    <w:p w14:paraId="22AC3BEA" w14:textId="1B38C423" w:rsidR="005104B5" w:rsidRPr="00985781" w:rsidRDefault="00000000">
      <w:pPr>
        <w:rPr>
          <w:color w:val="006EC0"/>
        </w:rPr>
      </w:pPr>
      <w:r w:rsidRPr="00985781">
        <w:rPr>
          <w:b/>
          <w:color w:val="006EC0"/>
          <w:sz w:val="26"/>
        </w:rPr>
        <w:t>Kit and Appearance</w:t>
      </w:r>
    </w:p>
    <w:p w14:paraId="1D22E364" w14:textId="77777777" w:rsidR="00985781" w:rsidRDefault="00000000" w:rsidP="00985781">
      <w:pPr>
        <w:pStyle w:val="ListParagraph"/>
        <w:numPr>
          <w:ilvl w:val="0"/>
          <w:numId w:val="14"/>
        </w:numPr>
      </w:pPr>
      <w:r>
        <w:t>Wear appropriate clothing and footwear.</w:t>
      </w:r>
    </w:p>
    <w:p w14:paraId="17EFDB4A" w14:textId="77777777" w:rsidR="00985781" w:rsidRDefault="00000000" w:rsidP="00985781">
      <w:pPr>
        <w:pStyle w:val="ListParagraph"/>
        <w:numPr>
          <w:ilvl w:val="0"/>
          <w:numId w:val="14"/>
        </w:numPr>
      </w:pPr>
      <w:r>
        <w:t xml:space="preserve"> Keep kit clean and nails short.</w:t>
      </w:r>
    </w:p>
    <w:p w14:paraId="44834012" w14:textId="4F1C9E40" w:rsidR="005104B5" w:rsidRDefault="00000000" w:rsidP="00985781">
      <w:pPr>
        <w:pStyle w:val="ListParagraph"/>
        <w:numPr>
          <w:ilvl w:val="0"/>
          <w:numId w:val="14"/>
        </w:numPr>
      </w:pPr>
      <w:r>
        <w:t>Remove all jewellery before play.</w:t>
      </w:r>
    </w:p>
    <w:p w14:paraId="7A3DD7FD" w14:textId="29D695D3" w:rsidR="005104B5" w:rsidRPr="00985781" w:rsidRDefault="00000000">
      <w:pPr>
        <w:rPr>
          <w:color w:val="006EC0"/>
        </w:rPr>
      </w:pPr>
      <w:r w:rsidRPr="00985781">
        <w:rPr>
          <w:b/>
          <w:color w:val="006EC0"/>
          <w:sz w:val="26"/>
        </w:rPr>
        <w:t>Fees and Affiliation</w:t>
      </w:r>
    </w:p>
    <w:p w14:paraId="724A3474" w14:textId="77777777" w:rsidR="00985781" w:rsidRDefault="00000000" w:rsidP="00985781">
      <w:pPr>
        <w:pStyle w:val="ListParagraph"/>
        <w:numPr>
          <w:ilvl w:val="0"/>
          <w:numId w:val="15"/>
        </w:numPr>
      </w:pPr>
      <w:r>
        <w:t>Pay England Netball affiliation on time.</w:t>
      </w:r>
    </w:p>
    <w:p w14:paraId="7980D12E" w14:textId="77777777" w:rsidR="00985781" w:rsidRDefault="00000000" w:rsidP="00985781">
      <w:pPr>
        <w:pStyle w:val="ListParagraph"/>
        <w:numPr>
          <w:ilvl w:val="0"/>
          <w:numId w:val="15"/>
        </w:numPr>
      </w:pPr>
      <w:r>
        <w:t>Ensure a monthly standing order is set up to SGNC for membership fees and ensure match fees are paid on the day.</w:t>
      </w:r>
    </w:p>
    <w:p w14:paraId="163EBF2A" w14:textId="5DE5C5B3" w:rsidR="005104B5" w:rsidRPr="00985781" w:rsidRDefault="00000000" w:rsidP="00985781">
      <w:r w:rsidRPr="00985781">
        <w:rPr>
          <w:b/>
          <w:color w:val="007AD6"/>
          <w:sz w:val="26"/>
        </w:rPr>
        <w:t xml:space="preserve"> </w:t>
      </w:r>
      <w:r w:rsidRPr="00985781">
        <w:rPr>
          <w:b/>
          <w:color w:val="006EC0"/>
          <w:sz w:val="26"/>
        </w:rPr>
        <w:t>Accountability and Discipline</w:t>
      </w:r>
    </w:p>
    <w:p w14:paraId="003870CC" w14:textId="77777777" w:rsidR="005104B5" w:rsidRDefault="00000000">
      <w:r>
        <w:t>The SGNC Committee will monitor conduct. Breaches of this Code may result in warnings or removal from the club. Committee decisions are final.</w:t>
      </w:r>
    </w:p>
    <w:p w14:paraId="46D26119" w14:textId="77777777" w:rsidR="00985781" w:rsidRDefault="00985781"/>
    <w:p w14:paraId="35640FF2" w14:textId="77777777" w:rsidR="00985781" w:rsidRDefault="00985781"/>
    <w:p w14:paraId="104C00FA" w14:textId="77777777" w:rsidR="005104B5" w:rsidRPr="00985781" w:rsidRDefault="00000000">
      <w:pPr>
        <w:rPr>
          <w:color w:val="006EC0"/>
        </w:rPr>
      </w:pPr>
      <w:r w:rsidRPr="00985781">
        <w:rPr>
          <w:b/>
          <w:color w:val="006EC0"/>
          <w:sz w:val="26"/>
        </w:rPr>
        <w:lastRenderedPageBreak/>
        <w:t>7. Declaration</w:t>
      </w:r>
    </w:p>
    <w:p w14:paraId="4ECE3982" w14:textId="77777777" w:rsidR="005104B5" w:rsidRDefault="00000000">
      <w:r>
        <w:t>I agree to abide by the Stoke Gifford Netball Club Code of Conduct and promote it to others.</w:t>
      </w:r>
      <w:r>
        <w:br/>
        <w:t>I understand that failure to follow this Code may result in a review of my membership by the Committee.</w:t>
      </w:r>
      <w:r>
        <w:br/>
      </w:r>
      <w:r>
        <w:br/>
        <w:t>Signed (digital or handwritten): _____________________________   Date: ___________________</w:t>
      </w:r>
    </w:p>
    <w:sectPr w:rsidR="005104B5" w:rsidSect="00034616">
      <w:footerReference w:type="even" r:id="rId9"/>
      <w:footerReference w:type="defaul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D5499" w14:textId="77777777" w:rsidR="00D96A68" w:rsidRDefault="00D96A68" w:rsidP="00985781">
      <w:pPr>
        <w:spacing w:after="0" w:line="240" w:lineRule="auto"/>
      </w:pPr>
      <w:r>
        <w:separator/>
      </w:r>
    </w:p>
  </w:endnote>
  <w:endnote w:type="continuationSeparator" w:id="0">
    <w:p w14:paraId="6EA2CFFF" w14:textId="77777777" w:rsidR="00D96A68" w:rsidRDefault="00D96A68" w:rsidP="0098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31A0" w14:textId="566A4B17" w:rsidR="00985781" w:rsidRDefault="00985781">
    <w:pPr>
      <w:pStyle w:val="Footer"/>
    </w:pPr>
    <w:r>
      <w:rPr>
        <w:noProof/>
      </w:rPr>
      <mc:AlternateContent>
        <mc:Choice Requires="wps">
          <w:drawing>
            <wp:anchor distT="0" distB="0" distL="0" distR="0" simplePos="0" relativeHeight="251659264" behindDoc="0" locked="0" layoutInCell="1" allowOverlap="1" wp14:anchorId="46CF8B45" wp14:editId="3742346A">
              <wp:simplePos x="635" y="635"/>
              <wp:positionH relativeFrom="page">
                <wp:align>left</wp:align>
              </wp:positionH>
              <wp:positionV relativeFrom="page">
                <wp:align>bottom</wp:align>
              </wp:positionV>
              <wp:extent cx="772795" cy="368935"/>
              <wp:effectExtent l="0" t="0" r="8255" b="0"/>
              <wp:wrapNone/>
              <wp:docPr id="30270317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727C53C7" w14:textId="26A6E7F7"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CF8B45" id="_x0000_t202" coordsize="21600,21600" o:spt="202" path="m,l,21600r21600,l21600,xe">
              <v:stroke joinstyle="miter"/>
              <v:path gradientshapeok="t" o:connecttype="rect"/>
            </v:shapetype>
            <v:shape id="Text Box 2" o:spid="_x0000_s1026" type="#_x0000_t202" alt="OFFICIAL" style="position:absolute;margin-left:0;margin-top:0;width:60.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" filled="f" stroked="f">
              <v:fill o:detectmouseclick="t"/>
              <v:textbox style="mso-fit-shape-to-text:t" inset="20pt,0,0,15pt">
                <w:txbxContent>
                  <w:p w14:paraId="727C53C7" w14:textId="26A6E7F7"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483A" w14:textId="43DD7587" w:rsidR="00985781" w:rsidRDefault="00985781">
    <w:pPr>
      <w:pStyle w:val="Footer"/>
    </w:pPr>
    <w:r>
      <w:rPr>
        <w:noProof/>
      </w:rPr>
      <mc:AlternateContent>
        <mc:Choice Requires="wps">
          <w:drawing>
            <wp:anchor distT="0" distB="0" distL="0" distR="0" simplePos="0" relativeHeight="251660288" behindDoc="0" locked="0" layoutInCell="1" allowOverlap="1" wp14:anchorId="21F28E3E" wp14:editId="11D863B5">
              <wp:simplePos x="1143000" y="9442450"/>
              <wp:positionH relativeFrom="page">
                <wp:align>left</wp:align>
              </wp:positionH>
              <wp:positionV relativeFrom="page">
                <wp:align>bottom</wp:align>
              </wp:positionV>
              <wp:extent cx="772795" cy="368935"/>
              <wp:effectExtent l="0" t="0" r="8255" b="0"/>
              <wp:wrapNone/>
              <wp:docPr id="197930760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1451C0EB" w14:textId="1F62B890"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F28E3E" id="_x0000_t202" coordsize="21600,21600" o:spt="202" path="m,l,21600r21600,l21600,xe">
              <v:stroke joinstyle="miter"/>
              <v:path gradientshapeok="t" o:connecttype="rect"/>
            </v:shapetype>
            <v:shape id="Text Box 3" o:spid="_x0000_s1027" type="#_x0000_t202" alt="OFFICIAL" style="position:absolute;margin-left:0;margin-top:0;width:60.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" filled="f" stroked="f">
              <v:fill o:detectmouseclick="t"/>
              <v:textbox style="mso-fit-shape-to-text:t" inset="20pt,0,0,15pt">
                <w:txbxContent>
                  <w:p w14:paraId="1451C0EB" w14:textId="1F62B890"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5AD4" w14:textId="7919E339" w:rsidR="00985781" w:rsidRDefault="00985781">
    <w:pPr>
      <w:pStyle w:val="Footer"/>
    </w:pPr>
    <w:r>
      <w:rPr>
        <w:noProof/>
      </w:rPr>
      <mc:AlternateContent>
        <mc:Choice Requires="wps">
          <w:drawing>
            <wp:anchor distT="0" distB="0" distL="0" distR="0" simplePos="0" relativeHeight="251658240" behindDoc="0" locked="0" layoutInCell="1" allowOverlap="1" wp14:anchorId="712EF7A4" wp14:editId="01FF2B42">
              <wp:simplePos x="635" y="635"/>
              <wp:positionH relativeFrom="page">
                <wp:align>left</wp:align>
              </wp:positionH>
              <wp:positionV relativeFrom="page">
                <wp:align>bottom</wp:align>
              </wp:positionV>
              <wp:extent cx="772795" cy="368935"/>
              <wp:effectExtent l="0" t="0" r="8255" b="0"/>
              <wp:wrapNone/>
              <wp:docPr id="151244936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5D5A1506" w14:textId="63E565AA"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2EF7A4" id="_x0000_t202" coordsize="21600,21600" o:spt="202" path="m,l,21600r21600,l21600,xe">
              <v:stroke joinstyle="miter"/>
              <v:path gradientshapeok="t" o:connecttype="rect"/>
            </v:shapetype>
            <v:shape id="Text Box 1" o:spid="_x0000_s1028" type="#_x0000_t202" alt="OFFICIAL" style="position:absolute;margin-left:0;margin-top:0;width:60.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fkFAIAACEEAAAOAAAAZHJzL2Uyb0RvYy54bWysU99v2jAQfp+0/8Hy+0igo5S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" filled="f" stroked="f">
              <v:fill o:detectmouseclick="t"/>
              <v:textbox style="mso-fit-shape-to-text:t" inset="20pt,0,0,15pt">
                <w:txbxContent>
                  <w:p w14:paraId="5D5A1506" w14:textId="63E565AA" w:rsidR="00985781" w:rsidRPr="00985781" w:rsidRDefault="00985781" w:rsidP="00985781">
                    <w:pPr>
                      <w:spacing w:after="0"/>
                      <w:rPr>
                        <w:rFonts w:ascii="Aptos" w:eastAsia="Aptos" w:hAnsi="Aptos" w:cs="Aptos"/>
                        <w:noProof/>
                        <w:color w:val="000000"/>
                        <w:sz w:val="20"/>
                        <w:szCs w:val="20"/>
                      </w:rPr>
                    </w:pPr>
                    <w:r w:rsidRPr="0098578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5E5DD" w14:textId="77777777" w:rsidR="00D96A68" w:rsidRDefault="00D96A68" w:rsidP="00985781">
      <w:pPr>
        <w:spacing w:after="0" w:line="240" w:lineRule="auto"/>
      </w:pPr>
      <w:r>
        <w:separator/>
      </w:r>
    </w:p>
  </w:footnote>
  <w:footnote w:type="continuationSeparator" w:id="0">
    <w:p w14:paraId="4FFA90D6" w14:textId="77777777" w:rsidR="00D96A68" w:rsidRDefault="00D96A68" w:rsidP="00985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3F63FD"/>
    <w:multiLevelType w:val="hybridMultilevel"/>
    <w:tmpl w:val="5A3C14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7053E53"/>
    <w:multiLevelType w:val="hybridMultilevel"/>
    <w:tmpl w:val="5008A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0525D"/>
    <w:multiLevelType w:val="hybridMultilevel"/>
    <w:tmpl w:val="1040A5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45A1B39"/>
    <w:multiLevelType w:val="multilevel"/>
    <w:tmpl w:val="2CBA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FE34AA"/>
    <w:multiLevelType w:val="hybridMultilevel"/>
    <w:tmpl w:val="4072E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35D31"/>
    <w:multiLevelType w:val="hybridMultilevel"/>
    <w:tmpl w:val="7276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063057">
    <w:abstractNumId w:val="8"/>
  </w:num>
  <w:num w:numId="2" w16cid:durableId="416170745">
    <w:abstractNumId w:val="6"/>
  </w:num>
  <w:num w:numId="3" w16cid:durableId="1522666087">
    <w:abstractNumId w:val="5"/>
  </w:num>
  <w:num w:numId="4" w16cid:durableId="265507522">
    <w:abstractNumId w:val="4"/>
  </w:num>
  <w:num w:numId="5" w16cid:durableId="1039286106">
    <w:abstractNumId w:val="7"/>
  </w:num>
  <w:num w:numId="6" w16cid:durableId="1043408774">
    <w:abstractNumId w:val="3"/>
  </w:num>
  <w:num w:numId="7" w16cid:durableId="699089423">
    <w:abstractNumId w:val="2"/>
  </w:num>
  <w:num w:numId="8" w16cid:durableId="480999893">
    <w:abstractNumId w:val="1"/>
  </w:num>
  <w:num w:numId="9" w16cid:durableId="1055081530">
    <w:abstractNumId w:val="0"/>
  </w:num>
  <w:num w:numId="10" w16cid:durableId="2132090716">
    <w:abstractNumId w:val="12"/>
  </w:num>
  <w:num w:numId="11" w16cid:durableId="903292272">
    <w:abstractNumId w:val="14"/>
  </w:num>
  <w:num w:numId="12" w16cid:durableId="381297811">
    <w:abstractNumId w:val="13"/>
  </w:num>
  <w:num w:numId="13" w16cid:durableId="1763716536">
    <w:abstractNumId w:val="11"/>
  </w:num>
  <w:num w:numId="14" w16cid:durableId="1504012942">
    <w:abstractNumId w:val="10"/>
  </w:num>
  <w:num w:numId="15" w16cid:durableId="11683292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77C"/>
    <w:rsid w:val="0015074B"/>
    <w:rsid w:val="00166224"/>
    <w:rsid w:val="0029639D"/>
    <w:rsid w:val="002F55C0"/>
    <w:rsid w:val="00326F90"/>
    <w:rsid w:val="004D5C1E"/>
    <w:rsid w:val="004F3F27"/>
    <w:rsid w:val="005104B5"/>
    <w:rsid w:val="00826A9E"/>
    <w:rsid w:val="00985781"/>
    <w:rsid w:val="00AA1D8D"/>
    <w:rsid w:val="00B47730"/>
    <w:rsid w:val="00CB0664"/>
    <w:rsid w:val="00D96A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4606E"/>
  <w14:defaultImageDpi w14:val="300"/>
  <w15:docId w15:val="{2D180796-C8E4-48F8-902C-16A6B42C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559</Words>
  <Characters>2788</Characters>
  <Application>Microsoft Office Word</Application>
  <DocSecurity>0</DocSecurity>
  <Lines>75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Georgina Dunt</cp:lastModifiedBy>
  <cp:revision>2</cp:revision>
  <dcterms:created xsi:type="dcterms:W3CDTF">2026-04-15T14:05:00Z</dcterms:created>
  <dcterms:modified xsi:type="dcterms:W3CDTF">2026-04-15T14:05:00Z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5a262558,120ae247,75f9d658</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2026-04-15T14:05:43Z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8c3ce856-96eb-43db-a90e-34815792f6cd</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